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Чемпионат «STARS ЗВЕЗДЫ»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5"/>
        </w:rPr>
        <w:t>на участие в VII Международном открытом чемпионате-конкурсе</w:t>
        <w:br/>
      </w:r>
      <w:r>
        <w:rPr>
          <w:rFonts w:ascii="Arial" w:hAnsi="Arial" w:eastAsia="Arial"/>
          <w:b/>
          <w:i w:val="0"/>
          <w:color w:val="242A31"/>
          <w:sz w:val="25"/>
        </w:rPr>
        <w:t>по современным видам творчества «STARS ЗВЕЗДЫ»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11–15 января 2027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13 января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Ф.И.О. участника / название коллектива из учреждение / организация / город принять участие в VII Международном открытом чемпионате-конкурсе по современным видам творчества «STARS ЗВЕЗДЫ».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/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/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Чемпионат-конкурс объединяет детские, молодёжные и взрослые творческие коллективы, солистов, дуэты и малые формы, представляющие современные виды творчества и искусства.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премии «NOVA».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31 декабря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https://turgeneff.ru/festivali/ochnye-festivali/mezhdunarodnyj-otkrytyj-chempionat-konkurs-festival-po-sovremennym-vidam-tvorchestva-kultury-iskusstva-stars-zvezdy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чемпионат-конкурс «STARS ЗВЕЗДЫ», Москва, 2027</dc:title>
  <dc:subject>Официальное письмо-приглашение на VII Международный открытый чемпионат-конкурс «STARS ЗВЕЗДЫ»</dc:subject>
  <dc:creator>Благотворительный фонд имени И.С. Тургенева</dc:creator>
  <cp:keywords>STARS; ЗВЕЗДЫ; международный чемпионат-конкурс; современные виды творчества; письмо-приглашение; Москва; 2027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