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«Наследие — Легенды Казани»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6"/>
        </w:rPr>
        <w:t>на участие в VI Всероссийском чемпионате-конкурсе</w:t>
        <w:br/>
        <w:t>народного творчества, национальных культур и фольклора</w:t>
        <w:br/>
        <w:t>«Наследие — Легенды Казани»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Казань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18–22 декабря 2026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20 декабря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КЗ «Академия»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Ф.И.О. участника / название коллектива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из </w:t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учреждение / организация / город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принять участие в VI Всероссийском чемпионате-конкурсе народного творчества, национальных культур и фольклора «Наследие — Легенды Казани».</w:t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Чемпионат-конкурс объединяет детские, молодёжные и взрослые творческие коллективы, солистов, дуэты и малые формы, представляющие народное творчество, национальные традиции и фольклор.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фееричный финал проекта.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10 декабря 2026 года; регистрация может завершиться ранее при исчерпании квоты конкурсной программы или жилого комплекса.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https://turgeneff.ru/ochnye-konkursy/chempionat-nasledie-legendy-kazani/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Наследие — Легенды Казани, Казань, 18–22 декабря 2026</dc:title>
  <dc:subject>VI Всероссийский чемпионат-конкурс народного творчества, национальных культур и фольклора «Наследие — Легенды Казани»</dc:subject>
  <dc:creator>Благотворительный фонд имени И.С. Тургенева</dc:creator>
  <cp:keywords>ЛЕГЕНДЫ РОССИИ, всероссийский конкурс, народное творчество, национальные культуры, фольклор, письмо-приглашение, Сочи, Turgenev Fest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