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Конкурс «ЛЕГЕНДЫ РОССИИ»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6"/>
        </w:rPr>
        <w:t>на участие в III Всероссийском конкурсе народного творчества,</w:t>
        <w:br/>
        <w:t>национальных культур и фольклора «ЛЕГЕНДЫ РОССИИ»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Сочи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19–23 ноября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20 ноября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«Сочи Парк»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III Всероссийском конкурсе народного творчества, национальных культур и фольклора «ЛЕГЕНДЫ РОССИИ».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Конкурс объединяет детские, молодёжные и взрослые творческие коллективы, солистов, дуэты и малые формы, представляющие народное творчество, национальные традиции и фольклор.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фееричный финал грантового проекта «ПЕРЕХОД».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9 ноября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https://turgeneff.ru/vserossijskij-konkurs-narodnogo-tvorchestva-nacionalnykh-kultur-folklora-legendy-rossii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конкурс «ЛЕГЕНДЫ РОССИИ», Сочи, 2026</dc:title>
  <dc:subject>Официальное письмо-приглашение на участие в III Всероссийском конкурсе «ЛЕГЕНДЫ РОССИИ»</dc:subject>
  <dc:creator>Благотворительный фонд имени И.С. Тургенева</dc:creator>
  <cp:keywords>ЛЕГЕНДЫ РОССИИ, всероссийский конкурс, народное творчество, национальные культуры, фольклор, письмо-приглашение, Сочи,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