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9"/>
              </w:rPr>
              <w:t>Премия «АВРОРА»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3"/>
        </w:rPr>
        <w:t>на участие в I Международной национальной премии</w:t>
        <w:br/>
        <w:t>в области культуры и искусства «АВРОРА» (AURORA)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Москва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26–30 октября 2026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28 октября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КЗ «Измайлово»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Ф.И.О. участника / название коллектива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из </w:t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учреждение / организация / город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принять участие в I Международной национальной премии в области культуры и искусства «АВРОРА» (AURORA).</w:t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Премия объединяет детские, молодёжные и взрослые творческие коллективы, солистов, дуэты и малые формы. В программу входят конкурсные выступления, мастер-классы, образовательные и творческие мероприятия, круглый стол для руководителей, церемония награждения и финал проекта в формате Национальной премии «AURORA».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19 октября 2026 года; регистрация может завершиться ранее при исчерпании квоты конкурсной программы или гостиницы.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https://turgeneff.ru/mezhdunarodnaya-nacionalnaya-premiya-konkurs-festival-kultury-iskusstva-tvorchestva-avrora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премия «АВРОРА» (AURORA), Москва, 2026</dc:title>
  <dc:subject>Официальное письмо-приглашение на участие в премии «АВРОРА»</dc:subject>
  <dc:creator>Благотворительный фонд имени И.С. Тургенева</dc:creator>
  <cp:keywords>АВРОРА, AURORA, письмо-приглашение, Москва, Turgenev Fest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